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42.87598, 74.59222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Жашоо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42.87598, 74.59222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89829" cy="2232000"/>
            <wp:docPr id="2" name="Picture 2" descr="Дом быта" title="Дом бы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8762a397c0bf5687f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898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быта · 1978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Жашоо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Жашоо үйү. 1978-жылдагы сүрөт Тейлөө борборунун имараты 1975-жылы курулган (архитекторлор Ю. Карих, Б. Молдобаев). Бул жерде сиз сааттарды, радиоприемниктерди, көз айнектерди, бут кийимдерди, зер буюмдарды оңдосоңуз болот, бардыгы болуп 230 түрдүү кызматтарды ала аласыз.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https://bimap.su/description/frunze/97_Dom_byta.txt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42.87598, 74.59222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