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42.87235, 74.60563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Жилой дом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42.87235, 74.60563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593584" cy="2232000"/>
            <wp:docPr id="2" name="Picture 2" descr="Жилой дом" title="Жилой д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bd6d6ea9ea80bea8e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358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Жилой дом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Жилой дом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углу улиц Дзержинского и Токтогула.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https://bimap.su/description/frunze/96_DzerToktogula.txt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42.87235, 74.60563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