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42.87235, 74.60563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Турак жай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42.87235, 74.60563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93584" cy="2232000"/>
            <wp:docPr id="2" name="Picture 2" descr="Жилой дом" title="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bd6d6ea9ea80bea8e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35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Турак жай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Турак жай Дзержинский жана Токтогул көчөлөрүнүн бурчунда Турак жай Дзержинский жана Токтогул көчөлөрүнүн бурчунда (архитектор В. Змиевский, 30). Фасаддын архитектуралык дизайнында кыргыздын улуттук оюм-чийимдери колдонулган; лоджиялар, климаттык шарттарды эске алуу менен, ачык ачык беседкалар пайда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https://bimap.su/description/frunze/96_DzerToktogula.txt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42.87235, 74.60563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