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42.87222, 74.60636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Пересечение бульвара Дзержинского и улицы Токтогула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42.87222, 74.60636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702338" cy="2232000"/>
            <wp:docPr id="2" name="Picture 2" descr="Пересечение бульвара Дзержинского и улицы Токтогула" title="Пересечение бульвара Дзержинского и улицы Токтогул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4d874640ad9d91c771d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0233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Пересечение бульвара Дзержинского и улицы Токтогула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Пересечение бульвара Дзержинского и улицы Токтогула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Пересечение бульвара Дзержинского и улицы Токтогула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https://bimap.su/description/frunze/95_DzerToktogulaLuks.txt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42.87222, 74.60636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