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42.87321, 74.60881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Мануилованын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42.87321, 74.60881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0603" cy="2232000"/>
            <wp:docPr id="2" name="Picture 2" descr="Дом Мануйловой" title="Дом Мануйлов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4d421a797ebe6593a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60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Мануйловой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Мануилованын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Ольга Максимилиановна Мануилованын үй устаканасы, 60-үй Ольга Максимилиановна Мануилованын цехи, 60-ж. Мануилова — скульптор, Кыргыз ССРинин эл художниги. Анын эмгектери Фрунзе шаарынын аянттарын, скверлерин жана кечелерун кооздоп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https://bimap.su/description/frunze/94_Dom_Manuilovoi.txt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42.87321, 74.60881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