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Городская управа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42.87850, 74.60335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2169" cy="2232000"/>
            <wp:docPr id="1" name="Picture 1" descr="Городская управа" title="Городская упра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e97e22f77c416020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21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Городская управа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Городская управа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северо-восточном углу улиц Мещанской и Церковной в доме Васильева.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https://bimap.su/description/pishpek/30_Uprava.txt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42.87850, 74.60335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42.87850, 74.60335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