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«Детский мир»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987602" cy="2232000"/>
            <wp:docPr id="2" name="Picture 2" descr="«Детский мир»" title="«Детский мир»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249a61767aaa8b8f4a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987602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«Детский мир»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«Детский мир»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«Детский мир»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https://bimap.su/description/frunze/92_Detski_Mir.txt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42.86975, 74.59244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