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Государственная хлебопекарня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0226" cy="2232000"/>
            <wp:docPr id="2" name="Picture 2" descr="Государственная хлебопекарня" title="Государственная хлебопекарн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e12e341224a773f24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02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Государственная хлебопекарня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Государственная хлебопекарня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пересечении Чуй и Орозбекова, 30-е.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https://bimap.su/description/frunze/91_Hlebopekarhia.txt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