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Мамлекеттик наабайкана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0226" cy="2232000"/>
            <wp:docPr id="2" name="Picture 2" descr="Государственная хлебопекарня" title="Государственная хлебопекарн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e12e341224a773f24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022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Государственная хлебопекарня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Мамлекеттик наабайкана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Чүй менен Орозбекованын кесилишиндеги мамлекеттик наабайкана, 30-Мамлекеттик нан заводу 1929-жылы курулуп, кийин №1 наабайкана болуп кайра курулуп, 1966-жылга чейин иштеп келген.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https://bimap.su/description/frunze/91_Hlebopekarhia.txt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42.87567, 74.60305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