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State bakery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0226" cy="2232000"/>
            <wp:docPr id="2" name="Picture 2" descr="Государственная хлебопекарня" title="Государственная хлебопекарн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e12e341224a773f24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02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Государственная хлебопекарня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State bakery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State bakery at the intersection of Chui and Orozbekova, 30th State bakery was built in 1929, later rebuilt into bakery No. 1, which existed until 1966.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https://bimap.su/description/frunze/91_Hlebopekarhia.txt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