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Государственный русский драматический театр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Государственный русский драматический театр" title="Государственный русский драматически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d59c8e6b1fbfe4e8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Государственный русский драматический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Государственный русский драматический театр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коллекции Владимира Галицкого,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https://bimap.su/description/frunze/90_Teatr50.txt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