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42.88019, 74.60510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Мамлекеттик орус драма театры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42.88019, 74.60510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367" cy="2232000"/>
            <wp:docPr id="2" name="Picture 2" descr="Государственный русский драматический театр" title="Государственный русский драматический 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d59c8e6b1fbfe4e89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3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Государственный русский драматический 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Мамлекеттик орус драма театры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Мамлекеттик орус драма театры. Галицкий коллекциясынан сүрөт, 50-жылдар Орус драма театры 1935-жылы негизделген. Ал ушул имаратта - Биринчи Май (Раззакова) менен Фрунзе көчөлөрүнүн кесилишиндеги өзгөртүлгөн "Коргоо үйүндө" 1942-жылдан 1978-жылга чейин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https://bimap.su/description/frunze/90_Teatr50.txt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42.88019, 74.60510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