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42.88019, 74.60510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State Russian Drama Theater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42.88019, 74.60510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367" cy="2232000"/>
            <wp:docPr id="2" name="Picture 2" descr="Государственный русский драматический театр" title="Государственный русский драматический теат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d59c8e6b1fbfe4e89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3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Государственный русский драматический театр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State Russian Drama Theater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State Russian Drama Theater. Photo from the Galitsky collection, 50s The Russian Drama Theater was founded in 1935. It was located in this building - the converted "House of Defense" on the corner of Pervomaiskaya (Razzakova) and Frunze streets - from 1942 to 1978.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https://bimap.su/description/frunze/90_Teatr50.txt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42.88019, 74.60510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