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42.87962, 74.60842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Госцирк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42.87962, 74.60842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65838" cy="2232000"/>
            <wp:docPr id="2" name="Picture 2" descr="Госцирк" title="Госцир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fa6365018565fd1a4d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6583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Госцирк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Госцирк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Здание построено в начале 40-х.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https://bimap.su/description/frunze/89_Goszirk50.txt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42.87962, 74.60842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