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42.87715, 74.58177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Мамлекеттик банк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42.87715, 74.58177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93333" cy="2232000"/>
            <wp:docPr id="2" name="Picture 2" descr="Госбанк" title="Госбан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b0cd49ed69c12a4e6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933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Госбанк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Мамлекеттик банк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Мамлекеттик банк. Архитектор А. Голованев, 1959-жыл Мамлекеттик банк. Архитектор А. Голованев, 1959-ж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https://bimap.su/description/frunze/87_Gosbank.txt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42.87715, 74.58177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