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42.84034, 74.59096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Велотрек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42.84034, 74.59096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38443" cy="2232000"/>
            <wp:docPr id="2" name="Picture 2" descr="Велотрек" title="Велотр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9be1b30c1169db433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844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Велотрек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Велотрек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Велотрек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https://bimap.su/description/frunze/86_Velotrek.txt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42.84034, 74.59096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