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Стадион «Спартак»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0000" cy="2232000"/>
            <wp:docPr id="2" name="Picture 2" descr="Стадион «Спартак»" title="Стадион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a87104cdbd6a1a4ca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Стадион «Спартак»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Стадион «Спартак»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https://bimap.su/description/frunze/85a_Stadion.txt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