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42.88036, 74.59805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«Спартак» стадиону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42.88036, 74.59805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90000" cy="2232000"/>
            <wp:docPr id="2" name="Picture 2" descr="Стадион «Спартак»" title="Стадион «Спарта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a87104cdbd6a1a4ca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0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Стадион «Спартак»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«Спартак» стадиону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«Спартак» стадиону, 60-жылдар Спартак стадиону 1941-жылы курулуп, 1963-жылы реконструкцияланган. Стадиондо футбол оюндары, ар кандай мелдештер жана майрамдар өткөрүлөт.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https://bimap.su/description/frunze/85a_Stadion.txt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42.88036, 74.59805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