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42.87967, 74.59769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Spartak Stadium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42.87967, 74.59769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Стадион «Спартак»" title="Стадион «Спартак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d293d73111ab95a35f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Стадион «Спартак»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Spartak Stadium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Spartak Stadium, 60s Spartak Stadium was built in 1941 and reconstructed in 1963. The stadium hosts football matches, various competitions and celebrations.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https://bimap.su/description/frunze/85_Stadion60.txt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42.87967, 74.59769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