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Осада крепости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42.88581, 74.61746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04878" cy="2232000"/>
            <wp:docPr id="1" name="Picture 1" descr="Осада крепости" title="Осада крепости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39a4a901659fef69a83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48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Осада крепости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Осада крепости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Пишпек на плане города. Реконструкция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https://bimap.su/description/pishpek/29_Osada.txt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42.88581, 74.61746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42.88581, 74.61746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