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Чептин курчоосу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42.88581, 74.61746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04878" cy="2232000"/>
            <wp:docPr id="1" name="Picture 1" descr="Осада крепости" title="Осада крепост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9a4a901659fef69a8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48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Осада крепости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Чептин курчоосу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Шаардын планы боюнча Пишпек чебин курчоого алуу. 1860-жылдын 30-августунда падышалык отряд Пишпекке келип, анын курчоосу Ала-Арча суусунун батыш тарабында башталган. «1912-жылдагы Туркестанга гид» деп жазган: «Ушул кыска мөөнөттүү блокадада штаб-капитан Обухтун жетекчилигиндеги жардыруу батареясынан иштеп жаткан мылтыктардан укмуштуудай атуу болуп, Пишпек мунараларынын биринде жайгашкан душмандын мылтыктары атып түшүрүлүп, бир замбирек Кокканды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https://bimap.su/description/pishpek/29_Osada.txt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42.88581, 74.61746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42.88581, 74.61746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