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42.87775, 74.59962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Городской стадион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42.87775, 74.59962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98432" cy="2232000"/>
            <wp:docPr id="2" name="Picture 2" descr="Городской стадион" title="Городской стадион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abaf410593d199d9b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9843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Городской стадион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Городской стадион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50-е.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https://bimap.su/description/frunze/83_Stadion50.txt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42.87775, 74.59962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