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Горком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9487" cy="2232000"/>
            <wp:docPr id="2" name="Picture 2" descr="Горком" title="Горк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2170c1c5fc4e9968e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94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Горком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Горком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построено в 1940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https://bimap.su/description/frunze/82_Gorkom.txt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42.87954, 74.61115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