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42.87954, 74.61115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Шаардык комитет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42.87954, 74.61115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9487" cy="2232000"/>
            <wp:docPr id="2" name="Picture 2" descr="Горком" title="Горк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2170c1c5fc4e9968e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94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Горком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Шаардык комитет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Шаардык комитет. Имарат 1940-жылы курулган. Имарат алгач БЧКстройдун башкармасы (архитекторлор Ф.П.Стеблин, С.Х.Саакян) болуп курулган. Кей!н мунда калалык партия комитет!, республикалык газет-журналдардын редакциялары орналаскан.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https://bimap.su/description/frunze/82_Gorkom.txt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42.87954, 74.61115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