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42.80450, 74.57781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ВДНХ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42.80450, 74.57781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2092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3e54a4f64cfbac32a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209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ВДНХ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Павильон «Транспорт и связь».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https://bimap.su/description/frunze/80_VDNX2.txt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42.80450, 74.57781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