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42.80450, 74.57781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ВДНХ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42.80450, 74.57781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502092" cy="2232000"/>
            <wp:docPr id="2" name="Picture 2" descr="ВДНХ" title="ВДНХ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83e54a4f64cfbac32a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0209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ВДНХ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ВДНХ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ВДНХ, “Транспорт жана байланыш” павильону Кыргыз ССРинин эл чарбасынын жетишкендиктеринин көргөзмөсү. 1947-жылы ачылган. 13 павильон, дендропарк, бакча, зоопарк жана 2 көлмөдөн турат.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https://bimap.su/description/frunze/80_VDNX2.txt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42.80450, 74.57781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