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42.80450, 74.58112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ВДНХ, Главный павильон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42.80450, 74.58112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89023" cy="2232000"/>
            <wp:docPr id="2" name="Picture 2" descr="ВДНХ, Главный павильон" title="ВДНХ, Главный павиль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90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ВДНХ, Главный павильон · Шерстенникова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ВДНХ, Главный павильон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Шерстенникова, 1984г.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https://bimap.su/description/frunze/80_VDNX1.txt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42.80450, 74.58112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