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8000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eeb80add5e3345b4d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 · 50-х годов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50-х годов.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https://bimap.su/description/frunze/79_VDNX.txt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42.80591, 74.57798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