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42.87739, 74.58087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Институт математики Академии наук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42.87739, 74.58087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94656" cy="2232000"/>
            <wp:docPr id="2" name="Picture 2" descr="Институт математики Академии наук" title="Институт математики Академии нау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cf6a5a4b96d006eba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46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математики Академии наук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Институт математики Академии наук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Институт математики Академии наук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https://bimap.su/description/frunze/78_Institut1.txt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42.87739, 74.58087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