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42.87739, 74.58087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Institute of Mathematics of the Academy of Sciences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42.87739, 74.58087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94656" cy="2232000"/>
            <wp:docPr id="2" name="Picture 2" descr="Институт математики Академии наук" title="Институт математики Академии нау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cf6a5a4b96d006eba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46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математики Академии наук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Institute of Mathematics of the Academy of Sciences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Institute of Mathematics of the Academy of Sciences Academy of Sciences of the Kirghiz SSR. The first buildings were built in 1963. Architects Yu. Bilinsky, A. Bocharov.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https://bimap.su/description/frunze/78_Institut1.txt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42.87739, 74.58087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