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42.87753, 74.57844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Институт химии Академии наук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42.87753, 74.57844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251413" cy="2232000"/>
            <wp:docPr id="2" name="Picture 2" descr="Институт химии Академии наук" title="Институт химии Академии нау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9e63f23663c679e4473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5141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Институт химии Академии наук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Институт химии Академии наук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Институт химии Академии наук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https://bimap.su/description/frunze/77_Institut.txt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42.87753, 74.57844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