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Илимдер Академиясынын Химия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51413" cy="2232000"/>
            <wp:docPr id="2" name="Picture 2" descr="Институт химии Академии наук" title="Институт химии Академии нау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e63f23663c679e447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14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химии Академии наук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Илимдер Академиясынын Химия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 ССР Илимдер Академиясынын Химия институту. Биринчи имараттар 1963-жылы курулган Архитекторлор Ю. Билинский, А Бочаров.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https://bimap.su/description/frunze/77_Institut.txt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