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Атом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7040" cy="2232000"/>
            <wp:docPr id="2" name="Picture 2" descr="Атом" title="Ат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0a1d3262d3ad3332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70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Атом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Атом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Атом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https://bimap.su/description/frunze/76_Atom.txt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