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42.87700, 74.57978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Атом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42.87700, 74.57978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67040" cy="2232000"/>
            <wp:docPr id="2" name="Picture 2" descr="Атом" title="Ато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50a1d3262d3ad33323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6704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Атом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Атом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Атомдун курамы Академия имаратынын жанындагы атом советтик илимдин символу.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https://bimap.su/description/frunze/76_Atom.txt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42.87700, 74.57978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