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42.84188, 74.59897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Concrete node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42.84188, 74.59897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60631" cy="2232000"/>
            <wp:docPr id="2" name="Picture 2" descr="Бетонный узел" title="Бетонный узе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831c25323eea6437b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6063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Бетонный узел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Concrete node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Concrete node, Ala-Archi embankment, 60th Concrete node, Ala-Archi embankment, 60th.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https://bimap.su/description/frunze/75_Alaarcha.txt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42.84188, 74.59897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