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План осады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42.88707, 74.61798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46819" cy="2232000"/>
            <wp:docPr id="1" name="Picture 1" descr="План осады" title="План осад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6c4df29c57230188c2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4681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План осады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План осады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крепости Пишпек 1860г.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https://bimap.su/description/pishpek/28_Plan_osady.txt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42.88707, 74.61798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42.88707, 74.61798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