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Siege plan</w:t>
      </w:r>
    </w:p>
    <w:p>
      <w:pPr>
        <w:spacing w:after="100"/>
        <w:jc w:val="center"/>
      </w:pPr>
      <w:r>
        <w:rPr>
          <w:rFonts w:ascii="Arial" w:hAnsi="Arial" w:eastAsia="Arial"/>
          <w:b w:val="0"/>
          <w:color w:val="606667"/>
          <w:sz w:val="17"/>
        </w:rPr>
        <w:t>42.88707, 74.61798</w:t>
      </w:r>
    </w:p>
    <w:p>
      <w:pPr>
        <w:spacing w:before="0" w:after="20"/>
        <w:jc w:val="center"/>
      </w:pPr>
      <w:r>
        <w:drawing>
          <wp:inline xmlns:a="http://schemas.openxmlformats.org/drawingml/2006/main" xmlns:pic="http://schemas.openxmlformats.org/drawingml/2006/picture">
            <wp:extent cx="3346819" cy="2232000"/>
            <wp:docPr id="1" name="Picture 1" descr="План осады" title="План осады"/>
            <wp:cNvGraphicFramePr>
              <a:graphicFrameLocks noChangeAspect="1"/>
            </wp:cNvGraphicFramePr>
            <a:graphic>
              <a:graphicData uri="http://schemas.openxmlformats.org/drawingml/2006/picture">
                <pic:pic>
                  <pic:nvPicPr>
                    <pic:cNvPr id="0" name="96c4df29c57230188c2a.jpg"/>
                    <pic:cNvPicPr/>
                  </pic:nvPicPr>
                  <pic:blipFill>
                    <a:blip r:embed="rId12"/>
                    <a:stretch>
                      <a:fillRect/>
                    </a:stretch>
                  </pic:blipFill>
                  <pic:spPr>
                    <a:xfrm>
                      <a:off x="0" y="0"/>
                      <a:ext cx="3346819" cy="2232000"/>
                    </a:xfrm>
                    <a:prstGeom prst="rect"/>
                  </pic:spPr>
                </pic:pic>
              </a:graphicData>
            </a:graphic>
          </wp:inline>
        </w:drawing>
      </w:r>
    </w:p>
    <w:p>
      <w:pPr>
        <w:spacing w:after="60"/>
        <w:jc w:val="center"/>
      </w:pPr>
      <w:r>
        <w:rPr>
          <w:rFonts w:ascii="Arial" w:hAnsi="Arial" w:eastAsia="Arial"/>
          <w:b w:val="0"/>
          <w:color w:val="606667"/>
          <w:sz w:val="15"/>
        </w:rPr>
        <w:t>План осады</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Siege plan</w:t>
      </w:r>
    </w:p>
    <w:p>
      <w:pPr>
        <w:widowControl/>
        <w:spacing w:before="0" w:after="60" w:line="247" w:lineRule="auto"/>
      </w:pPr>
      <w:r>
        <w:rPr>
          <w:rFonts w:ascii="Arial" w:hAnsi="Arial" w:eastAsia="Arial"/>
          <w:b w:val="0"/>
          <w:color w:val="242C2F"/>
          <w:sz w:val="19"/>
        </w:rPr>
        <w:t>﻿ Plan of the siege of the Pishpek fortress in 1860. On August 30, 1860, the royal detachment arrived at Pishpek and its siege began on the western side of the Ala-Archa River. “The Guide to Turkestan for 1912” wrote that “during this short-term siege, a remarkable shot was fired from the guns operating from the breach battery under the command of Staff Captain Obukh. The enemy guns located on one of the Pishpek towers were shot down, and one can</w:t>
      </w:r>
    </w:p>
    <w:p>
      <w:pPr>
        <w:spacing w:before="20" w:after="0"/>
      </w:pPr>
      <w:r>
        <w:rPr>
          <w:rFonts w:ascii="Arial" w:hAnsi="Arial" w:eastAsia="Arial"/>
          <w:b w:val="0"/>
          <w:color w:val="606667"/>
          <w:sz w:val="14"/>
        </w:rPr>
        <w:t>Source: https://bimap.su/description/pishpek/28_Plan_osady.txt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42.88707, 74.61798</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42.88707, 74.61798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