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42.83887, 74.58340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Скульптура Валерия Чкалова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42.83887, 74.58340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3999" cy="2232000"/>
            <wp:docPr id="2" name="Picture 2" descr="Скульптура Валерия Чкалова" title="Скульптура Валерия Чкал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9eb0c1895b0fb58c42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3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Скульптура Валерия Чкалова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Скульптура Валерия Чкалова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Скульптура Валерия Чкалова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https://bimap.su/description/frunze/74_Chkalov.txt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42.83887, 74.58340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