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Sculpture by Valery Chkalov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Скульптура Валерия Чкалова" title="Скульптура Валерия Чка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eb0c1895b0fb58c4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Скульптура Валерия Чкалова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Sculpture by Valery Chkalov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Sculpture by Valery Chkalov Sculpture by Valery Chkalov at Frunze Airport.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https://bimap.su/description/frunze/74_Chkalov.txt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