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42.83848, 74.58262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Аэропорт Фрунзе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42.83848, 74.58262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12076" cy="2232000"/>
            <wp:docPr id="2" name="Picture 2" descr="Аэропорт Фрунзе" title="Аэропорт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0e37c51cf0c445699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1207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Аэропорт 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Аэропорт Фрунзе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Аэропорт Фрунзе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https://bimap.su/description/frunze/73_Aeroport.txt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42.83848, 74.58262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