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42.87687, 74.58788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Филармония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42.87687, 74.58788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5108" cy="2231999"/>
            <wp:docPr id="2" name="Picture 2" descr="Филармония" title="Филармо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f24090b9ad459b368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510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Филармония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Филармония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Филармония. Сүрөт «Кыргызстан» альбомунан, 1985-ж. Филармония. Имарат 1980-жылы курулган.Архитектор А.Печеночкин. Чоң зал 1200, кичи зал 300 орундуу. Имараттын алдына «Манас» скульптуралык композициясы орнотулган.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https://bimap.su/description/frunze/72_Filarmonia.txt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42.87687, 74.58788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