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42.87789, 74.57969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Академия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42.87789, 74.57969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79023" cy="2232000"/>
            <wp:docPr id="2" name="Picture 2" descr="Академия" title="Академ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6521c07594feb5cc3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902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Академия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Академия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Академия. Сүрөт «Кыргызстан» альбомунан, 1985-жылы Кыргыз ССР илимдер академиясынын. Биринчи имараттар 1963-жылы курулган Архитекторлор Ю. Билинский, А Бочаров.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https://bimap.su/description/frunze/71_Akademia.txt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42.87789, 74.57969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