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42.87789, 74.57969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Academy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42.87789, 74.57969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79023" cy="2232000"/>
            <wp:docPr id="2" name="Picture 2" descr="Академия" title="Академ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c6521c07594feb5cc3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7902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Академия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Academy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Academy. Photo from the album Kyrgyzstan, 1985 Academy of Sciences of the Kyrgyz SSR. The first buildings were built in 1963. Architects Yu. Bilinsky, A. Bocharov.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https://bimap.su/description/frunze/71_Akademia.txt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42.87789, 74.57969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