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42.87659, 74.58656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Советская площадь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42.87659, 74.58656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6150" cy="2232000"/>
            <wp:docPr id="2" name="Picture 2" descr="Советская площадь" title="Сов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0053cc687ee3749bb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61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Советская площадь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Киргизия, 1985г.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https://bimap.su/description/frunze/70_Sovplotchat.txt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Городская площадь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42.87659, 74.58656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Городская площадь" title="Город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345f3da441611dd115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Городская площадь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Городская площадь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https://bimap.su/description/bishkek/37_IMG_0363.txt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