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Агитпоход автомотоклуба ДОСААФ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7833" cy="2232000"/>
            <wp:docPr id="2" name="Picture 2" descr="Агитпоход автомотоклуба ДОСААФ" title="Агитпоход автомотоклуба ДОСААФ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00c353753cf336165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78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Агитпоход автомотоклуба ДОСААФ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Агитпоход автомотоклуба ДОСААФ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Агитпоход автомотоклуба ДОСААФ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https://bimap.su/description/frunze/69_DOSAAF.txt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