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42.88195, 74.61306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Фрунзе автовокзалы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42.88195, 74.61306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20358" cy="2232000"/>
            <wp:docPr id="2" name="Picture 2" descr="Автостанция Фрунзе" title="Автостанция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8b6192a0c587ae569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2035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Автостанция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Фрунзе автовокзалы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Фрунзе автовокзалы 1928-жылы май айында “Эмен паркы – Пишпек вокзалы” маршруту боюнча шаардагы үзгүлтүксүз автобус каттамдары ачылган.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https://bimap.su/description/frunze/68_Avtostantsia.txt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42.88195, 74.61306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