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Frunze Bus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0358" cy="2232000"/>
            <wp:docPr id="2" name="Picture 2" descr="Автостанция Фрунзе" title="Автостанция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b6192a0c587ae5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03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Автостанция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Frunze Bus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Frunze Bus Station Regular bus service in the city was opened in May 1928 along the route “Oak Park - Pishpek Station”.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https://bimap.su/description/frunze/68_Avtostantsia.txt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