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Красная чайхана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73929" cy="2232000"/>
            <wp:docPr id="2" name="Picture 2" descr="Красная чайхана" title="Красная 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2c2707e44be8cb472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39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Красная 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Красная чайхана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Красная чайхана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https://bimap.su/description/frunze/66_DzerStalina.txt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