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42.87618, 74.60611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Кызыл чайхана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42.87618, 74.60611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73929" cy="2232000"/>
            <wp:docPr id="2" name="Picture 2" descr="Красная чайхана" title="Красная чайха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62c2707e44be8cb472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7392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Красная чайхана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Кызыл чайхана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Кызыл чайхана Ала-Тоо. Кызыл чайхана. Дзержинская х XXII партсъезд (Эркиндик х Чуй). 60-жылдардан бир сүрөт. Артында «Кызыл чайкана» жана Борбордук шайлоо комиссиясынын (Кыргызстан элинин ассамблеясы) имараты.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https://bimap.su/description/frunze/66_DzerStalina.txt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42.87618, 74.60611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