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42.87618, 74.60611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Red teahouse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42.87618, 74.60611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73929" cy="2232000"/>
            <wp:docPr id="2" name="Picture 2" descr="Красная чайхана" title="Красная чайха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2c2707e44be8cb472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7392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Красная чайхана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Red teahouse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Red teahouse Ala-Too. Red teahouse. Dzerzhinskaya x XXII Party Congress (Erkindik x Chui). A snapshot from the 60s. In the background is the “Red Teahouse” and the building of the Central Election Commission (Assembly of the People of Kyrgyzstan).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https://bimap.su/description/frunze/66_DzerStalina.txt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42.87618, 74.60611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